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AI Toolkit for Modern IT Business Analysts</w:t>
      </w:r>
    </w:p>
    <w:p>
      <w:r>
        <w:t>Curated List of Top 10 AI Tools with Use Cases, Pricing, and Links</w:t>
      </w:r>
    </w:p>
    <w:p>
      <w:pPr>
        <w:pStyle w:val="Heading2"/>
      </w:pPr>
      <w:r>
        <w:t>ChatGPT (OpenAI)</w:t>
      </w:r>
    </w:p>
    <w:p>
      <w:r>
        <w:t>Use Case: Generate BRDs, MoMs, user stories, prototypes, stakeholder communication.</w:t>
      </w:r>
    </w:p>
    <w:p>
      <w:r>
        <w:t>Pricing: Free (limited) / ChatGPT Plus: $20/month</w:t>
      </w:r>
    </w:p>
    <w:p>
      <w:r>
        <w:t>Link: https://chat.openai.com/</w:t>
      </w:r>
    </w:p>
    <w:p/>
    <w:p>
      <w:pPr>
        <w:pStyle w:val="Heading2"/>
      </w:pPr>
      <w:r>
        <w:t>Lucidchart with AI Assist</w:t>
      </w:r>
    </w:p>
    <w:p>
      <w:r>
        <w:t>Use Case: Auto-generate diagrams and process flows from descriptions.</w:t>
      </w:r>
    </w:p>
    <w:p>
      <w:r>
        <w:t>Pricing: Free (limited) / Paid plans from $7.95/month</w:t>
      </w:r>
    </w:p>
    <w:p>
      <w:r>
        <w:t>Link: https://www.lucidchart.com/pages/</w:t>
      </w:r>
    </w:p>
    <w:p/>
    <w:p>
      <w:pPr>
        <w:pStyle w:val="Heading2"/>
      </w:pPr>
      <w:r>
        <w:t>Power BI + Copilot (Microsoft)</w:t>
      </w:r>
    </w:p>
    <w:p>
      <w:r>
        <w:t>Use Case: Ask natural language questions to generate interactive dashboards.</w:t>
      </w:r>
    </w:p>
    <w:p>
      <w:r>
        <w:t>Pricing: Pro starts at $10/user/month</w:t>
      </w:r>
    </w:p>
    <w:p>
      <w:r>
        <w:t>Link: https://powerbi.microsoft.com/</w:t>
      </w:r>
    </w:p>
    <w:p/>
    <w:p>
      <w:pPr>
        <w:pStyle w:val="Heading2"/>
      </w:pPr>
      <w:r>
        <w:t>ClickUp or Notion AI</w:t>
      </w:r>
    </w:p>
    <w:p>
      <w:r>
        <w:t>Use Case: Smart task management, documentation summarization, and AI-generated plans.</w:t>
      </w:r>
    </w:p>
    <w:p>
      <w:r>
        <w:t>Pricing: ClickUp AI: $5/user/month | Notion AI: $10/user/month</w:t>
      </w:r>
    </w:p>
    <w:p>
      <w:r>
        <w:t>Link: https://www.clickup.com/ | https://www.notion.so/product/ai</w:t>
      </w:r>
    </w:p>
    <w:p/>
    <w:p>
      <w:pPr>
        <w:pStyle w:val="Heading2"/>
      </w:pPr>
      <w:r>
        <w:t>Jasper AI</w:t>
      </w:r>
    </w:p>
    <w:p>
      <w:r>
        <w:t>Use Case: Generate marketing content, emails, project updates with strategic tone.</w:t>
      </w:r>
    </w:p>
    <w:p>
      <w:r>
        <w:t>Pricing: Plans start at $49/month</w:t>
      </w:r>
    </w:p>
    <w:p>
      <w:r>
        <w:t>Link: https://www.jasper.ai/</w:t>
      </w:r>
    </w:p>
    <w:p/>
    <w:p>
      <w:pPr>
        <w:pStyle w:val="Heading2"/>
      </w:pPr>
      <w:r>
        <w:t>MonkeyLearn</w:t>
      </w:r>
    </w:p>
    <w:p>
      <w:r>
        <w:t>Use Case: Text classification and sentiment analysis for feedback, emails, surveys.</w:t>
      </w:r>
    </w:p>
    <w:p>
      <w:r>
        <w:t>Pricing: Free tier available, Paid from $299/month</w:t>
      </w:r>
    </w:p>
    <w:p>
      <w:r>
        <w:t>Link: https://monkeylearn.com/</w:t>
      </w:r>
    </w:p>
    <w:p/>
    <w:p>
      <w:pPr>
        <w:pStyle w:val="Heading2"/>
      </w:pPr>
      <w:r>
        <w:t>Fireflies.ai</w:t>
      </w:r>
    </w:p>
    <w:p>
      <w:r>
        <w:t>Use Case: Record, transcribe, and summarize meetings with follow-up tasks.</w:t>
      </w:r>
    </w:p>
    <w:p>
      <w:r>
        <w:t>Pricing: Free / Pro starts at $10/user/month</w:t>
      </w:r>
    </w:p>
    <w:p>
      <w:r>
        <w:t>Link: https://fireflies.ai/</w:t>
      </w:r>
    </w:p>
    <w:p/>
    <w:p>
      <w:pPr>
        <w:pStyle w:val="Heading2"/>
      </w:pPr>
      <w:r>
        <w:t>Tango</w:t>
      </w:r>
    </w:p>
    <w:p>
      <w:r>
        <w:t>Use Case: Auto-generate SOPs and training guides by recording workflows.</w:t>
      </w:r>
    </w:p>
    <w:p>
      <w:r>
        <w:t>Pricing: Free tier available / Pro starts at $16/user/month</w:t>
      </w:r>
    </w:p>
    <w:p>
      <w:r>
        <w:t>Link: https://www.tango.us/</w:t>
      </w:r>
    </w:p>
    <w:p/>
    <w:p>
      <w:pPr>
        <w:pStyle w:val="Heading2"/>
      </w:pPr>
      <w:r>
        <w:t>Figma + AI Plugins (Genius, Magician)</w:t>
      </w:r>
    </w:p>
    <w:p>
      <w:r>
        <w:t>Use Case: AI-enhanced UI/UX design and collaborative prototyping.</w:t>
      </w:r>
    </w:p>
    <w:p>
      <w:r>
        <w:t>Pricing: Free tier / Paid plans from $12/editor/month</w:t>
      </w:r>
    </w:p>
    <w:p>
      <w:r>
        <w:t>Link: https://www.figma.com/</w:t>
      </w:r>
    </w:p>
    <w:p/>
    <w:p>
      <w:pPr>
        <w:pStyle w:val="Heading2"/>
      </w:pPr>
      <w:r>
        <w:t>Vapi.ai / Voiceflow</w:t>
      </w:r>
    </w:p>
    <w:p>
      <w:r>
        <w:t>Use Case: Design and simulate AI voice/chat assistants with drag-and-drop logic.</w:t>
      </w:r>
    </w:p>
    <w:p>
      <w:r>
        <w:t>Pricing: Free plans available / Paid plans from $40/month</w:t>
      </w:r>
    </w:p>
    <w:p>
      <w:r>
        <w:t>Link: https://vapi.ai/ | https://www.voiceflow.com/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